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4E2" w:rsidRDefault="006C14E2" w:rsidP="006C14E2">
      <w:pPr>
        <w:pStyle w:val="Heading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</w:t>
      </w:r>
      <w:r w:rsidR="00D25694">
        <w:rPr>
          <w:rFonts w:ascii="Times New Roman" w:hAnsi="Times New Roman" w:cs="Times New Roman"/>
          <w:color w:val="auto"/>
        </w:rPr>
        <w:t xml:space="preserve">     MOU FOR SANDIPANI (29-8-2025)</w:t>
      </w:r>
      <w:r>
        <w:rPr>
          <w:rFonts w:ascii="Times New Roman" w:hAnsi="Times New Roman" w:cs="Times New Roman"/>
          <w:color w:val="auto"/>
        </w:rPr>
        <w:t xml:space="preserve">          </w:t>
      </w:r>
    </w:p>
    <w:p w:rsidR="006C14E2" w:rsidRDefault="006C14E2" w:rsidP="006C14E2">
      <w:pPr>
        <w:pStyle w:val="Heading1"/>
        <w:rPr>
          <w:rFonts w:ascii="Times New Roman" w:hAnsi="Times New Roman" w:cs="Times New Roman"/>
          <w:color w:val="auto"/>
        </w:rPr>
      </w:pPr>
      <w:r w:rsidRPr="006C14E2">
        <w:rPr>
          <w:rFonts w:ascii="Times New Roman" w:hAnsi="Times New Roman" w:cs="Times New Roman"/>
          <w:color w:val="auto"/>
        </w:rPr>
        <w:drawing>
          <wp:inline distT="0" distB="0" distL="0" distR="0">
            <wp:extent cx="5733415" cy="644239"/>
            <wp:effectExtent l="19050" t="0" r="63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08212" name="Picture 13831082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4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08" w:rsidRPr="007804EF" w:rsidRDefault="00CA2876" w:rsidP="006C14E2">
      <w:pPr>
        <w:pStyle w:val="Heading1"/>
        <w:jc w:val="center"/>
        <w:rPr>
          <w:rFonts w:ascii="Times New Roman" w:hAnsi="Times New Roman" w:cs="Times New Roman"/>
          <w:color w:val="auto"/>
        </w:rPr>
      </w:pPr>
      <w:r w:rsidRPr="007804EF">
        <w:rPr>
          <w:rFonts w:ascii="Times New Roman" w:hAnsi="Times New Roman" w:cs="Times New Roman"/>
          <w:color w:val="auto"/>
        </w:rPr>
        <w:t>Invitation for</w:t>
      </w:r>
      <w:r w:rsidR="001D069E" w:rsidRPr="007804EF">
        <w:rPr>
          <w:rFonts w:ascii="Times New Roman" w:hAnsi="Times New Roman" w:cs="Times New Roman"/>
          <w:color w:val="auto"/>
        </w:rPr>
        <w:t>Sandipani Job Carnival 2025</w:t>
      </w:r>
    </w:p>
    <w:p w:rsidR="00252258" w:rsidRPr="008C3DE7" w:rsidRDefault="00CA2876" w:rsidP="002522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3125">
        <w:rPr>
          <w:rFonts w:ascii="Times New Roman" w:hAnsi="Times New Roman" w:cs="Times New Roman"/>
          <w:b/>
          <w:sz w:val="24"/>
          <w:szCs w:val="24"/>
        </w:rPr>
        <w:t>To</w:t>
      </w:r>
      <w:r w:rsidR="00AE02D2">
        <w:rPr>
          <w:rFonts w:ascii="Times New Roman" w:hAnsi="Times New Roman" w:cs="Times New Roman"/>
          <w:b/>
          <w:sz w:val="24"/>
          <w:szCs w:val="24"/>
        </w:rPr>
        <w:t>,</w:t>
      </w:r>
      <w:r w:rsidRPr="005C3125">
        <w:rPr>
          <w:rFonts w:ascii="Times New Roman" w:hAnsi="Times New Roman" w:cs="Times New Roman"/>
          <w:b/>
          <w:sz w:val="24"/>
          <w:szCs w:val="24"/>
        </w:rPr>
        <w:br/>
      </w:r>
      <w:r w:rsidR="00252258" w:rsidRPr="00252258">
        <w:rPr>
          <w:rFonts w:ascii="Times New Roman" w:hAnsi="Times New Roman" w:cs="Times New Roman"/>
          <w:b/>
          <w:bCs/>
          <w:sz w:val="24"/>
          <w:szCs w:val="24"/>
        </w:rPr>
        <w:t>Director/Heads/Principal</w:t>
      </w:r>
    </w:p>
    <w:p w:rsidR="00263008" w:rsidRPr="008C3DE7" w:rsidRDefault="00CA287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3DE7">
        <w:rPr>
          <w:rFonts w:ascii="Times New Roman" w:hAnsi="Times New Roman" w:cs="Times New Roman"/>
          <w:b/>
          <w:bCs/>
          <w:sz w:val="24"/>
          <w:szCs w:val="24"/>
        </w:rPr>
        <w:t xml:space="preserve">Subject: Invitation for Placement </w:t>
      </w:r>
      <w:r w:rsidR="00A92C6B" w:rsidRPr="008C3DE7">
        <w:rPr>
          <w:rFonts w:ascii="Times New Roman" w:hAnsi="Times New Roman" w:cs="Times New Roman"/>
          <w:b/>
          <w:bCs/>
          <w:sz w:val="24"/>
          <w:szCs w:val="24"/>
        </w:rPr>
        <w:t>in our Sandipani Job Carnival 2025 as a Employer.</w:t>
      </w:r>
    </w:p>
    <w:p w:rsidR="00263008" w:rsidRPr="00E95AD8" w:rsidRDefault="00A92C6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Sir/Madam</w:t>
      </w:r>
      <w:r w:rsidR="008E458E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5C3125" w:rsidRDefault="00CA2876" w:rsidP="000D32CD">
      <w:pPr>
        <w:rPr>
          <w:rFonts w:ascii="Times New Roman" w:hAnsi="Times New Roman" w:cs="Times New Roman"/>
          <w:sz w:val="24"/>
          <w:szCs w:val="24"/>
        </w:rPr>
      </w:pPr>
      <w:r w:rsidRPr="006242D1">
        <w:rPr>
          <w:rFonts w:ascii="Times New Roman" w:hAnsi="Times New Roman" w:cs="Times New Roman"/>
          <w:b/>
          <w:bCs/>
          <w:sz w:val="24"/>
          <w:szCs w:val="24"/>
        </w:rPr>
        <w:t xml:space="preserve">Greetings from </w:t>
      </w:r>
      <w:r w:rsidRPr="006242D1">
        <w:rPr>
          <w:rFonts w:ascii="Times New Roman" w:hAnsi="Times New Roman" w:cs="Times New Roman"/>
          <w:b/>
          <w:bCs/>
          <w:sz w:val="24"/>
          <w:szCs w:val="24"/>
        </w:rPr>
        <w:t>Sandipani Academy!</w:t>
      </w:r>
      <w:r w:rsidRPr="005C3125">
        <w:rPr>
          <w:rFonts w:ascii="Times New Roman" w:hAnsi="Times New Roman" w:cs="Times New Roman"/>
          <w:sz w:val="24"/>
          <w:szCs w:val="24"/>
        </w:rPr>
        <w:br/>
      </w:r>
      <w:r w:rsidRPr="005C3125">
        <w:rPr>
          <w:rFonts w:ascii="Times New Roman" w:hAnsi="Times New Roman" w:cs="Times New Roman"/>
          <w:sz w:val="24"/>
          <w:szCs w:val="24"/>
        </w:rPr>
        <w:br/>
      </w:r>
      <w:r w:rsidR="00847904" w:rsidRPr="00847904">
        <w:rPr>
          <w:rFonts w:ascii="Times New Roman" w:hAnsi="Times New Roman" w:cs="Times New Roman"/>
          <w:sz w:val="24"/>
          <w:szCs w:val="24"/>
        </w:rPr>
        <w:t>We are pleased to invite your esteemed organization to participate in our Open Mega Campus Placement Fest “</w:t>
      </w:r>
      <w:r w:rsidR="00847904">
        <w:rPr>
          <w:rFonts w:ascii="Times New Roman" w:hAnsi="Times New Roman" w:cs="Times New Roman"/>
          <w:sz w:val="24"/>
          <w:szCs w:val="24"/>
        </w:rPr>
        <w:t>Job</w:t>
      </w:r>
      <w:r w:rsidR="00847904" w:rsidRPr="00847904">
        <w:rPr>
          <w:rFonts w:ascii="Times New Roman" w:hAnsi="Times New Roman" w:cs="Times New Roman"/>
          <w:sz w:val="24"/>
          <w:szCs w:val="24"/>
        </w:rPr>
        <w:t xml:space="preserve"> Carnival 2025” scheduled from </w:t>
      </w:r>
      <w:r w:rsidR="00847904">
        <w:rPr>
          <w:rFonts w:ascii="Times New Roman" w:hAnsi="Times New Roman" w:cs="Times New Roman"/>
          <w:sz w:val="24"/>
          <w:szCs w:val="24"/>
        </w:rPr>
        <w:t>28</w:t>
      </w:r>
      <w:r w:rsidR="00847904" w:rsidRPr="0084790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47904" w:rsidRPr="00847904">
        <w:rPr>
          <w:rFonts w:ascii="Times New Roman" w:hAnsi="Times New Roman" w:cs="Times New Roman"/>
          <w:sz w:val="24"/>
          <w:szCs w:val="24"/>
        </w:rPr>
        <w:t xml:space="preserve"> to </w:t>
      </w:r>
      <w:r w:rsidR="00847904">
        <w:rPr>
          <w:rFonts w:ascii="Times New Roman" w:hAnsi="Times New Roman" w:cs="Times New Roman"/>
          <w:sz w:val="24"/>
          <w:szCs w:val="24"/>
        </w:rPr>
        <w:t>30</w:t>
      </w:r>
      <w:r w:rsidR="00847904" w:rsidRPr="0084790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47904">
        <w:rPr>
          <w:rFonts w:ascii="Times New Roman" w:hAnsi="Times New Roman" w:cs="Times New Roman"/>
          <w:sz w:val="24"/>
          <w:szCs w:val="24"/>
        </w:rPr>
        <w:t>August</w:t>
      </w:r>
      <w:r w:rsidR="00847904" w:rsidRPr="00847904">
        <w:rPr>
          <w:rFonts w:ascii="Times New Roman" w:hAnsi="Times New Roman" w:cs="Times New Roman"/>
          <w:sz w:val="24"/>
          <w:szCs w:val="24"/>
        </w:rPr>
        <w:t xml:space="preserve"> 2025 at Sandipani Parisar, Sandipani Group of Institutions</w:t>
      </w:r>
      <w:r w:rsidR="00847904">
        <w:rPr>
          <w:rFonts w:ascii="Times New Roman" w:hAnsi="Times New Roman" w:cs="Times New Roman"/>
          <w:sz w:val="24"/>
          <w:szCs w:val="24"/>
        </w:rPr>
        <w:t xml:space="preserve">, </w:t>
      </w:r>
      <w:r w:rsidR="00847904" w:rsidRPr="00847904">
        <w:rPr>
          <w:rFonts w:ascii="Times New Roman" w:hAnsi="Times New Roman" w:cs="Times New Roman"/>
          <w:sz w:val="24"/>
          <w:szCs w:val="24"/>
        </w:rPr>
        <w:t>Achhoti (Murmunda), Kumhari-Ahiwara Road,Dist. Durg, Pin - 490036 (C.G.). We have a diverse and talented pool of all streams ready for recruitment. It offers educational services in our both campus –Achhoti</w:t>
      </w:r>
      <w:r w:rsidR="00EA6411" w:rsidRPr="00847904">
        <w:rPr>
          <w:rFonts w:ascii="Times New Roman" w:hAnsi="Times New Roman" w:cs="Times New Roman"/>
          <w:sz w:val="24"/>
          <w:szCs w:val="24"/>
        </w:rPr>
        <w:t>andBilaspur</w:t>
      </w:r>
      <w:r w:rsidR="00847904" w:rsidRPr="00847904">
        <w:rPr>
          <w:rFonts w:ascii="Times New Roman" w:hAnsi="Times New Roman" w:cs="Times New Roman"/>
          <w:sz w:val="24"/>
          <w:szCs w:val="24"/>
        </w:rPr>
        <w:t>.</w:t>
      </w:r>
    </w:p>
    <w:p w:rsidR="00EC1683" w:rsidRPr="00EC1683" w:rsidRDefault="00EC1683" w:rsidP="00EC1683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Sandipani Academy – A Chronological Overview (2011–2025)</w:t>
      </w:r>
    </w:p>
    <w:p w:rsidR="00EC1683" w:rsidRPr="00EC1683" w:rsidRDefault="00EC1683" w:rsidP="000D32CD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2011: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Sandipani Academy Society established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Sandipani Academy</w:t>
      </w:r>
      <w:r w:rsidR="00A51801">
        <w:rPr>
          <w:rFonts w:ascii="Times New Roman" w:hAnsi="Times New Roman" w:cs="Times New Roman"/>
          <w:b/>
          <w:bCs/>
          <w:sz w:val="24"/>
          <w:szCs w:val="24"/>
          <w:lang w:val="en-IN"/>
        </w:rPr>
        <w:t>,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Nursing College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with a focus on quality nursing education and social transformation. The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B.Sc. Nursing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program began with 40 seats.</w:t>
      </w:r>
    </w:p>
    <w:p w:rsidR="00EC1683" w:rsidRPr="00EC1683" w:rsidRDefault="00EC1683" w:rsidP="000D32CD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201</w:t>
      </w:r>
      <w:r w:rsidR="00A51801">
        <w:rPr>
          <w:rFonts w:ascii="Times New Roman" w:hAnsi="Times New Roman" w:cs="Times New Roman"/>
          <w:b/>
          <w:bCs/>
          <w:sz w:val="24"/>
          <w:szCs w:val="24"/>
          <w:lang w:val="en-IN"/>
        </w:rPr>
        <w:t>1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:Sandipani Academy</w:t>
      </w:r>
      <w:r w:rsidR="00A51801">
        <w:rPr>
          <w:rFonts w:ascii="Times New Roman" w:hAnsi="Times New Roman" w:cs="Times New Roman"/>
          <w:b/>
          <w:bCs/>
          <w:sz w:val="24"/>
          <w:szCs w:val="24"/>
          <w:lang w:val="en-IN"/>
        </w:rPr>
        <w:t>,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College of Education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(NAAC B++) was founded, offering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B.Ed.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(100 seats), and the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Sandipani Academy Private ITI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was launched with courses in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COPA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and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Stenography (Hindi)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. A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GNM Diploma in Nursing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also began with 40 seats.</w:t>
      </w:r>
    </w:p>
    <w:p w:rsidR="00EC1683" w:rsidRPr="00EC1683" w:rsidRDefault="00EC1683" w:rsidP="000D32CD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2016: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The institution introduced the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D.El.Ed.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program (100 seats) and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Post Basic B.Sc. Nursing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(40 seats) to provide advanced qualifications for diploma holders.</w:t>
      </w:r>
    </w:p>
    <w:p w:rsidR="00EC1683" w:rsidRPr="00EC1683" w:rsidRDefault="00EC1683" w:rsidP="000D32CD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2017: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Pioneered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4-year integrated programs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: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B.Sc. B.Ed.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and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B.A. B.Ed.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>, each with 50 seats.</w:t>
      </w:r>
    </w:p>
    <w:p w:rsidR="00EC1683" w:rsidRPr="00EC1683" w:rsidRDefault="00EC1683" w:rsidP="000D32CD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2020: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Launched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M.Sc. Nursing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with 30 seats across specialties: Medical-Surgical, Child Health, OBG, and Community Health, supporting advanced professional growth.</w:t>
      </w:r>
    </w:p>
    <w:p w:rsidR="00EC1683" w:rsidRDefault="00EC1683" w:rsidP="000D32CD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2025: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Introducing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B.Pharma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and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D.Pharma</w:t>
      </w:r>
      <w:r w:rsidR="00A92C6B">
        <w:rPr>
          <w:rFonts w:ascii="Times New Roman" w:hAnsi="Times New Roman" w:cs="Times New Roman"/>
          <w:sz w:val="24"/>
          <w:szCs w:val="24"/>
          <w:lang w:val="en-IN"/>
        </w:rPr>
        <w:t>in the field of Pharmacy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and launching degree programs in </w:t>
      </w:r>
      <w:r w:rsidRPr="00EC1683">
        <w:rPr>
          <w:rFonts w:ascii="Times New Roman" w:hAnsi="Times New Roman" w:cs="Times New Roman"/>
          <w:b/>
          <w:bCs/>
          <w:sz w:val="24"/>
          <w:szCs w:val="24"/>
          <w:lang w:val="en-IN"/>
        </w:rPr>
        <w:t>Liberal Arts, Sciences, Social Sciences, and Mathematics</w:t>
      </w:r>
      <w:r w:rsidRPr="00EC1683">
        <w:rPr>
          <w:rFonts w:ascii="Times New Roman" w:hAnsi="Times New Roman" w:cs="Times New Roman"/>
          <w:sz w:val="24"/>
          <w:szCs w:val="24"/>
          <w:lang w:val="en-IN"/>
        </w:rPr>
        <w:t xml:space="preserve"> with modern infrastructure and advanced facilities.</w:t>
      </w:r>
    </w:p>
    <w:p w:rsidR="00263008" w:rsidRPr="00EC1683" w:rsidRDefault="00CA2876" w:rsidP="000D32CD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EC1683">
        <w:rPr>
          <w:rFonts w:ascii="Times New Roman" w:hAnsi="Times New Roman" w:cs="Times New Roman"/>
          <w:sz w:val="24"/>
          <w:szCs w:val="24"/>
        </w:rPr>
        <w:lastRenderedPageBreak/>
        <w:t>We would be honored to host your organization at our campus for recruitment</w:t>
      </w:r>
      <w:r w:rsidR="00A92C6B">
        <w:rPr>
          <w:rFonts w:ascii="Times New Roman" w:hAnsi="Times New Roman" w:cs="Times New Roman"/>
          <w:sz w:val="24"/>
          <w:szCs w:val="24"/>
        </w:rPr>
        <w:t xml:space="preserve"> as a Employer</w:t>
      </w:r>
      <w:r w:rsidRPr="00EC1683">
        <w:rPr>
          <w:rFonts w:ascii="Times New Roman" w:hAnsi="Times New Roman" w:cs="Times New Roman"/>
          <w:sz w:val="24"/>
          <w:szCs w:val="24"/>
        </w:rPr>
        <w:t>. Below are the details of the placement drive:</w:t>
      </w:r>
    </w:p>
    <w:p w:rsidR="00444019" w:rsidRPr="00D479C4" w:rsidRDefault="00CA2876" w:rsidP="00D479C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9C4">
        <w:rPr>
          <w:rFonts w:ascii="Times New Roman" w:hAnsi="Times New Roman" w:cs="Times New Roman"/>
          <w:b/>
          <w:sz w:val="24"/>
          <w:szCs w:val="24"/>
        </w:rPr>
        <w:t>Proposed Schedule of the Campus Drive:</w:t>
      </w:r>
    </w:p>
    <w:p w:rsidR="00444019" w:rsidRPr="00444019" w:rsidRDefault="00444019" w:rsidP="00D479C4">
      <w:pPr>
        <w:pStyle w:val="ListParagraph"/>
        <w:numPr>
          <w:ilvl w:val="0"/>
          <w:numId w:val="15"/>
        </w:numPr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444019">
        <w:rPr>
          <w:rFonts w:ascii="Times New Roman" w:hAnsi="Times New Roman" w:cs="Times New Roman"/>
          <w:b/>
          <w:bCs/>
          <w:sz w:val="24"/>
          <w:szCs w:val="24"/>
        </w:rPr>
        <w:t>Dates: 28</w:t>
      </w:r>
      <w:r w:rsidRPr="0044401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8C3DE7">
        <w:rPr>
          <w:rFonts w:ascii="Times New Roman" w:hAnsi="Times New Roman" w:cs="Times New Roman"/>
          <w:b/>
          <w:bCs/>
          <w:sz w:val="24"/>
          <w:szCs w:val="24"/>
        </w:rPr>
        <w:t>, 29</w:t>
      </w:r>
      <w:r w:rsidR="008C3DE7" w:rsidRPr="008C3DE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8C3DE7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Pr="00444019">
        <w:rPr>
          <w:rFonts w:ascii="Times New Roman" w:hAnsi="Times New Roman" w:cs="Times New Roman"/>
          <w:b/>
          <w:bCs/>
          <w:sz w:val="24"/>
          <w:szCs w:val="24"/>
        </w:rPr>
        <w:t xml:space="preserve"> 30</w:t>
      </w:r>
      <w:r w:rsidRPr="0044401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Pr="00444019">
        <w:rPr>
          <w:rFonts w:ascii="Times New Roman" w:hAnsi="Times New Roman" w:cs="Times New Roman"/>
          <w:b/>
          <w:bCs/>
          <w:sz w:val="24"/>
          <w:szCs w:val="24"/>
        </w:rPr>
        <w:t xml:space="preserve">  August 2025</w:t>
      </w:r>
    </w:p>
    <w:p w:rsidR="00444019" w:rsidRPr="00444019" w:rsidRDefault="00444019" w:rsidP="00D479C4">
      <w:pPr>
        <w:pStyle w:val="ListParagraph"/>
        <w:numPr>
          <w:ilvl w:val="0"/>
          <w:numId w:val="15"/>
        </w:numPr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444019">
        <w:rPr>
          <w:rFonts w:ascii="Times New Roman" w:hAnsi="Times New Roman" w:cs="Times New Roman"/>
          <w:b/>
          <w:bCs/>
          <w:sz w:val="24"/>
          <w:szCs w:val="24"/>
        </w:rPr>
        <w:t xml:space="preserve">Participants: </w:t>
      </w:r>
      <w:r w:rsidR="00EB6EBA">
        <w:rPr>
          <w:rFonts w:ascii="Times New Roman" w:hAnsi="Times New Roman" w:cs="Times New Roman"/>
          <w:b/>
          <w:bCs/>
          <w:sz w:val="24"/>
          <w:szCs w:val="24"/>
        </w:rPr>
        <w:t>Alumni</w:t>
      </w:r>
      <w:r w:rsidRPr="00444019">
        <w:rPr>
          <w:rFonts w:ascii="Times New Roman" w:hAnsi="Times New Roman" w:cs="Times New Roman"/>
          <w:b/>
          <w:bCs/>
          <w:sz w:val="24"/>
          <w:szCs w:val="24"/>
        </w:rPr>
        <w:t xml:space="preserve">, open for all collegiate and </w:t>
      </w:r>
      <w:r w:rsidR="00C666E6">
        <w:rPr>
          <w:rFonts w:ascii="Times New Roman" w:hAnsi="Times New Roman" w:cs="Times New Roman"/>
          <w:b/>
          <w:bCs/>
          <w:sz w:val="24"/>
          <w:szCs w:val="24"/>
        </w:rPr>
        <w:t>open for all eligible outsider candidates also.</w:t>
      </w:r>
    </w:p>
    <w:p w:rsidR="00847904" w:rsidRDefault="00444019" w:rsidP="00D479C4">
      <w:pPr>
        <w:pStyle w:val="ListParagraph"/>
        <w:numPr>
          <w:ilvl w:val="0"/>
          <w:numId w:val="15"/>
        </w:numPr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444019">
        <w:rPr>
          <w:rFonts w:ascii="Times New Roman" w:hAnsi="Times New Roman" w:cs="Times New Roman"/>
          <w:b/>
          <w:bCs/>
          <w:sz w:val="24"/>
          <w:szCs w:val="24"/>
        </w:rPr>
        <w:t xml:space="preserve">Venue: </w:t>
      </w:r>
      <w:r w:rsidR="008C3DE7">
        <w:rPr>
          <w:rFonts w:ascii="Times New Roman" w:hAnsi="Times New Roman" w:cs="Times New Roman"/>
          <w:b/>
          <w:bCs/>
          <w:sz w:val="24"/>
          <w:szCs w:val="24"/>
        </w:rPr>
        <w:t xml:space="preserve">Sandipani Parisar, </w:t>
      </w:r>
      <w:r w:rsidRPr="00444019">
        <w:rPr>
          <w:rFonts w:ascii="Times New Roman" w:hAnsi="Times New Roman" w:cs="Times New Roman"/>
          <w:b/>
          <w:bCs/>
          <w:sz w:val="24"/>
          <w:szCs w:val="24"/>
        </w:rPr>
        <w:t>Sandipani Academy, Achhoti</w:t>
      </w:r>
      <w:r w:rsidR="00C666E6">
        <w:rPr>
          <w:rFonts w:ascii="Times New Roman" w:hAnsi="Times New Roman" w:cs="Times New Roman"/>
          <w:b/>
          <w:bCs/>
          <w:sz w:val="24"/>
          <w:szCs w:val="24"/>
        </w:rPr>
        <w:t xml:space="preserve"> (Murmunda)</w:t>
      </w:r>
      <w:r w:rsidRPr="00444019">
        <w:rPr>
          <w:rFonts w:ascii="Times New Roman" w:hAnsi="Times New Roman" w:cs="Times New Roman"/>
          <w:b/>
          <w:bCs/>
          <w:sz w:val="24"/>
          <w:szCs w:val="24"/>
        </w:rPr>
        <w:t>, Kumhari-Ahiwara   Road,</w:t>
      </w:r>
      <w:r w:rsidR="00847904">
        <w:rPr>
          <w:rFonts w:ascii="Times New Roman" w:hAnsi="Times New Roman" w:cs="Times New Roman"/>
          <w:b/>
          <w:bCs/>
          <w:sz w:val="24"/>
          <w:szCs w:val="24"/>
        </w:rPr>
        <w:t xml:space="preserve"> Dist.</w:t>
      </w:r>
      <w:r w:rsidRPr="00444019">
        <w:rPr>
          <w:rFonts w:ascii="Times New Roman" w:hAnsi="Times New Roman" w:cs="Times New Roman"/>
          <w:b/>
          <w:bCs/>
          <w:sz w:val="24"/>
          <w:szCs w:val="24"/>
        </w:rPr>
        <w:t>Durg, Pin - 490036 (C.G.)</w:t>
      </w:r>
    </w:p>
    <w:p w:rsidR="00444019" w:rsidRPr="00444019" w:rsidRDefault="00847904" w:rsidP="00D479C4">
      <w:pPr>
        <w:pStyle w:val="ListParagraph"/>
        <w:numPr>
          <w:ilvl w:val="0"/>
          <w:numId w:val="15"/>
        </w:numPr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Time – 11</w:t>
      </w:r>
      <w:r w:rsidR="008C3DE7">
        <w:rPr>
          <w:rFonts w:ascii="Times New Roman" w:hAnsi="Times New Roman" w:cs="Times New Roman"/>
          <w:b/>
          <w:bCs/>
          <w:sz w:val="24"/>
          <w:szCs w:val="24"/>
        </w:rPr>
        <w:t>.00am to 4.00 pm</w:t>
      </w:r>
      <w:r w:rsidR="00444019" w:rsidRPr="00444019">
        <w:rPr>
          <w:rFonts w:ascii="Times New Roman" w:hAnsi="Times New Roman" w:cs="Times New Roman"/>
          <w:sz w:val="24"/>
          <w:szCs w:val="24"/>
        </w:rPr>
        <w:br/>
      </w:r>
    </w:p>
    <w:p w:rsidR="005C3125" w:rsidRPr="00D479C4" w:rsidRDefault="00CA2876" w:rsidP="00D479C4">
      <w:pPr>
        <w:rPr>
          <w:rFonts w:ascii="Times New Roman" w:hAnsi="Times New Roman" w:cs="Times New Roman"/>
          <w:b/>
          <w:sz w:val="24"/>
          <w:szCs w:val="24"/>
        </w:rPr>
      </w:pPr>
      <w:r w:rsidRPr="00D479C4">
        <w:rPr>
          <w:rFonts w:ascii="Times New Roman" w:hAnsi="Times New Roman" w:cs="Times New Roman"/>
          <w:b/>
          <w:sz w:val="24"/>
          <w:szCs w:val="24"/>
        </w:rPr>
        <w:t>Facilities Available:</w:t>
      </w:r>
    </w:p>
    <w:p w:rsidR="005C3125" w:rsidRPr="00444019" w:rsidRDefault="005C3125" w:rsidP="005C312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019">
        <w:rPr>
          <w:rFonts w:ascii="Times New Roman" w:hAnsi="Times New Roman" w:cs="Times New Roman"/>
          <w:b/>
          <w:sz w:val="24"/>
          <w:szCs w:val="24"/>
          <w:u w:val="single"/>
        </w:rPr>
        <w:t>Multipurpose Hall</w:t>
      </w:r>
    </w:p>
    <w:p w:rsidR="005C3125" w:rsidRPr="00444019" w:rsidRDefault="00C666E6" w:rsidP="005C312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LCD </w:t>
      </w:r>
      <w:r w:rsidR="005C3125" w:rsidRPr="00444019">
        <w:rPr>
          <w:rFonts w:ascii="Times New Roman" w:hAnsi="Times New Roman" w:cs="Times New Roman"/>
          <w:b/>
          <w:sz w:val="24"/>
          <w:szCs w:val="24"/>
          <w:u w:val="single"/>
        </w:rPr>
        <w:t>Projectors</w:t>
      </w:r>
    </w:p>
    <w:p w:rsidR="005C3125" w:rsidRPr="00444019" w:rsidRDefault="005C3125" w:rsidP="005C312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019">
        <w:rPr>
          <w:rFonts w:ascii="Times New Roman" w:hAnsi="Times New Roman" w:cs="Times New Roman"/>
          <w:b/>
          <w:sz w:val="24"/>
          <w:szCs w:val="24"/>
          <w:u w:val="single"/>
        </w:rPr>
        <w:t>Group Discussion Rooms</w:t>
      </w:r>
    </w:p>
    <w:p w:rsidR="005C3125" w:rsidRPr="00444019" w:rsidRDefault="005C3125" w:rsidP="005C312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019">
        <w:rPr>
          <w:rFonts w:ascii="Times New Roman" w:hAnsi="Times New Roman" w:cs="Times New Roman"/>
          <w:b/>
          <w:sz w:val="24"/>
          <w:szCs w:val="24"/>
          <w:u w:val="single"/>
        </w:rPr>
        <w:t>Interview Rooms</w:t>
      </w:r>
    </w:p>
    <w:p w:rsidR="00444019" w:rsidRPr="00444019" w:rsidRDefault="005C3125" w:rsidP="005C312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444019">
        <w:rPr>
          <w:rFonts w:ascii="Times New Roman" w:hAnsi="Times New Roman" w:cs="Times New Roman"/>
          <w:b/>
          <w:sz w:val="24"/>
          <w:szCs w:val="24"/>
          <w:u w:val="single"/>
        </w:rPr>
        <w:t>Smart Board</w:t>
      </w:r>
    </w:p>
    <w:p w:rsidR="00263008" w:rsidRPr="005C3125" w:rsidRDefault="00444019" w:rsidP="005C312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4019">
        <w:rPr>
          <w:rFonts w:ascii="Times New Roman" w:hAnsi="Times New Roman" w:cs="Times New Roman"/>
          <w:b/>
          <w:sz w:val="24"/>
          <w:szCs w:val="24"/>
          <w:u w:val="single"/>
        </w:rPr>
        <w:t>Hall for written test</w:t>
      </w:r>
      <w:r w:rsidR="005C3125" w:rsidRPr="006C1A94">
        <w:rPr>
          <w:rFonts w:ascii="Times New Roman" w:hAnsi="Times New Roman" w:cs="Times New Roman"/>
          <w:bCs/>
          <w:sz w:val="24"/>
          <w:szCs w:val="24"/>
          <w:u w:val="single"/>
        </w:rPr>
        <w:br/>
      </w:r>
    </w:p>
    <w:p w:rsidR="00AD4E4E" w:rsidRDefault="00CA2876" w:rsidP="008C3DE7">
      <w:pPr>
        <w:jc w:val="both"/>
        <w:rPr>
          <w:rFonts w:ascii="Times New Roman" w:hAnsi="Times New Roman" w:cs="Times New Roman"/>
          <w:sz w:val="24"/>
          <w:szCs w:val="24"/>
        </w:rPr>
      </w:pPr>
      <w:r w:rsidRPr="005C3125">
        <w:rPr>
          <w:rFonts w:ascii="Times New Roman" w:hAnsi="Times New Roman" w:cs="Times New Roman"/>
          <w:sz w:val="24"/>
          <w:szCs w:val="24"/>
        </w:rPr>
        <w:t xml:space="preserve">We believe that your organization can provide valuable career opportunities to our </w:t>
      </w:r>
      <w:r w:rsidR="008C3DE7">
        <w:rPr>
          <w:rFonts w:ascii="Times New Roman" w:hAnsi="Times New Roman" w:cs="Times New Roman"/>
          <w:sz w:val="24"/>
          <w:szCs w:val="24"/>
        </w:rPr>
        <w:t>Participants</w:t>
      </w:r>
      <w:r w:rsidRPr="005C3125">
        <w:rPr>
          <w:rFonts w:ascii="Times New Roman" w:hAnsi="Times New Roman" w:cs="Times New Roman"/>
          <w:sz w:val="24"/>
          <w:szCs w:val="24"/>
        </w:rPr>
        <w:t xml:space="preserve">, and in return, benefit </w:t>
      </w:r>
      <w:r w:rsidRPr="005C3125">
        <w:rPr>
          <w:rFonts w:ascii="Times New Roman" w:hAnsi="Times New Roman" w:cs="Times New Roman"/>
          <w:sz w:val="24"/>
          <w:szCs w:val="24"/>
        </w:rPr>
        <w:t>from their skill sets, commitment, and energy.</w:t>
      </w:r>
    </w:p>
    <w:p w:rsidR="00847904" w:rsidRDefault="00CA2876" w:rsidP="008C3DE7">
      <w:pPr>
        <w:rPr>
          <w:rFonts w:ascii="Times New Roman" w:hAnsi="Times New Roman" w:cs="Times New Roman"/>
          <w:sz w:val="24"/>
          <w:szCs w:val="24"/>
        </w:rPr>
      </w:pPr>
      <w:r w:rsidRPr="005C3125">
        <w:rPr>
          <w:rFonts w:ascii="Times New Roman" w:hAnsi="Times New Roman" w:cs="Times New Roman"/>
          <w:sz w:val="24"/>
          <w:szCs w:val="24"/>
        </w:rPr>
        <w:t>For any further information or assistance, feel free to contact the undersigned.Looking forward to your positive response and building a long-lasting relationship.</w:t>
      </w:r>
    </w:p>
    <w:p w:rsidR="00263008" w:rsidRPr="005C3125" w:rsidRDefault="00847904" w:rsidP="008C3DE7">
      <w:pPr>
        <w:rPr>
          <w:rFonts w:ascii="Times New Roman" w:hAnsi="Times New Roman" w:cs="Times New Roman"/>
          <w:sz w:val="24"/>
          <w:szCs w:val="24"/>
        </w:rPr>
      </w:pPr>
      <w:r w:rsidRPr="005C3125">
        <w:rPr>
          <w:rFonts w:ascii="Times New Roman" w:hAnsi="Times New Roman" w:cs="Times New Roman"/>
          <w:sz w:val="24"/>
          <w:szCs w:val="24"/>
        </w:rPr>
        <w:t xml:space="preserve">Kindly confirm your availability and share any specific requirements to help us make suitable arrangements. </w:t>
      </w:r>
      <w:r>
        <w:rPr>
          <w:rFonts w:ascii="Times New Roman" w:hAnsi="Times New Roman" w:cs="Times New Roman"/>
          <w:sz w:val="24"/>
          <w:szCs w:val="24"/>
        </w:rPr>
        <w:t>Kindly share your details by scanning QR code mention below.</w:t>
      </w:r>
      <w:r w:rsidRPr="005C3125">
        <w:rPr>
          <w:rFonts w:ascii="Times New Roman" w:hAnsi="Times New Roman" w:cs="Times New Roman"/>
          <w:sz w:val="24"/>
          <w:szCs w:val="24"/>
        </w:rPr>
        <w:br/>
      </w:r>
    </w:p>
    <w:p w:rsidR="00AD4E4E" w:rsidRDefault="00B75B66" w:rsidP="000D32CD">
      <w:pPr>
        <w:rPr>
          <w:rFonts w:ascii="Times New Roman" w:hAnsi="Times New Roman" w:cs="Times New Roman"/>
          <w:b/>
          <w:sz w:val="24"/>
          <w:szCs w:val="24"/>
        </w:rPr>
      </w:pPr>
      <w:r w:rsidRPr="00B75B66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299.25pt;margin-top:15.5pt;width:135pt;height:136.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">
            <v:textbox>
              <w:txbxContent>
                <w:p w:rsidR="00847904" w:rsidRDefault="00847904"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04315" cy="1209675"/>
                        <wp:effectExtent l="0" t="0" r="635" b="9525"/>
                        <wp:docPr id="14967915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150" cy="1215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7904" w:rsidRPr="00847904" w:rsidRDefault="00847904" w:rsidP="0084790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790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Conf</w:t>
                  </w:r>
                  <w:r w:rsidR="008476B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i</w:t>
                  </w:r>
                  <w:r w:rsidRPr="0084790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rmation Link</w:t>
                  </w:r>
                </w:p>
              </w:txbxContent>
            </v:textbox>
            <w10:wrap type="square"/>
          </v:shape>
        </w:pict>
      </w:r>
      <w:r w:rsidR="00847904" w:rsidRPr="006242D1">
        <w:rPr>
          <w:rFonts w:ascii="Times New Roman" w:hAnsi="Times New Roman" w:cs="Times New Roman"/>
          <w:b/>
          <w:sz w:val="24"/>
          <w:szCs w:val="24"/>
        </w:rPr>
        <w:t>Warm Regards,</w:t>
      </w:r>
    </w:p>
    <w:p w:rsidR="00263008" w:rsidRDefault="00CA2876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6242D1">
        <w:rPr>
          <w:rFonts w:ascii="Times New Roman" w:hAnsi="Times New Roman" w:cs="Times New Roman"/>
          <w:b/>
          <w:sz w:val="24"/>
          <w:szCs w:val="24"/>
        </w:rPr>
        <w:br/>
      </w:r>
      <w:r w:rsidR="00EC1683" w:rsidRPr="006242D1">
        <w:rPr>
          <w:rFonts w:ascii="Times New Roman" w:hAnsi="Times New Roman" w:cs="Times New Roman"/>
          <w:b/>
          <w:sz w:val="24"/>
          <w:szCs w:val="24"/>
        </w:rPr>
        <w:t>Aman Tiwari</w:t>
      </w:r>
      <w:r w:rsidRPr="006242D1">
        <w:rPr>
          <w:rFonts w:ascii="Times New Roman" w:hAnsi="Times New Roman" w:cs="Times New Roman"/>
          <w:b/>
          <w:sz w:val="24"/>
          <w:szCs w:val="24"/>
        </w:rPr>
        <w:br/>
        <w:t xml:space="preserve">Training and Placement </w:t>
      </w:r>
      <w:r w:rsidR="00EC1683" w:rsidRPr="006242D1">
        <w:rPr>
          <w:rFonts w:ascii="Times New Roman" w:hAnsi="Times New Roman" w:cs="Times New Roman"/>
          <w:b/>
          <w:sz w:val="24"/>
          <w:szCs w:val="24"/>
        </w:rPr>
        <w:t>Co-Ordinator</w:t>
      </w:r>
      <w:r w:rsidRPr="006242D1">
        <w:rPr>
          <w:rFonts w:ascii="Times New Roman" w:hAnsi="Times New Roman" w:cs="Times New Roman"/>
          <w:b/>
          <w:sz w:val="24"/>
          <w:szCs w:val="24"/>
        </w:rPr>
        <w:br/>
      </w:r>
      <w:r w:rsidR="00EC1683" w:rsidRPr="006242D1">
        <w:rPr>
          <w:rFonts w:ascii="Times New Roman" w:hAnsi="Times New Roman" w:cs="Times New Roman"/>
          <w:b/>
          <w:sz w:val="24"/>
          <w:szCs w:val="24"/>
        </w:rPr>
        <w:t>934068939</w:t>
      </w:r>
      <w:r w:rsidR="00AD4E4E">
        <w:rPr>
          <w:rFonts w:ascii="Times New Roman" w:hAnsi="Times New Roman" w:cs="Times New Roman"/>
          <w:b/>
          <w:sz w:val="24"/>
          <w:szCs w:val="24"/>
        </w:rPr>
        <w:t>7</w:t>
      </w:r>
      <w:r w:rsidRPr="006242D1">
        <w:rPr>
          <w:rFonts w:ascii="Times New Roman" w:hAnsi="Times New Roman" w:cs="Times New Roman"/>
          <w:sz w:val="24"/>
          <w:szCs w:val="24"/>
        </w:rPr>
        <w:br/>
      </w:r>
    </w:p>
    <w:p w:rsidR="006C14E2" w:rsidRDefault="006C14E2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6C14E2" w:rsidRDefault="006C14E2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6C14E2" w:rsidRDefault="006C14E2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6C14E2" w:rsidRDefault="006C14E2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6C14E2" w:rsidRDefault="006C14E2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6C14E2" w:rsidRDefault="006C14E2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6C14E2" w:rsidRDefault="006C14E2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6C14E2" w:rsidRDefault="006C14E2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6C14E2" w:rsidRDefault="006C14E2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6C14E2" w:rsidRDefault="006C14E2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noProof/>
        </w:rPr>
        <w:drawing>
          <wp:inline distT="0" distB="0" distL="0" distR="0">
            <wp:extent cx="5733415" cy="7414849"/>
            <wp:effectExtent l="19050" t="0" r="635" b="0"/>
            <wp:docPr id="1" name="Picture 1" descr="C:\Users\Admin\AppData\Local\Microsoft\Windows\INetCache\Content.Word\Job Carnival 2025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Job Carnival 2025 post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41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E2" w:rsidRDefault="00D25694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01.5pt">
            <v:imagedata r:id="rId11" o:title="WhatsApp Image 2025-08-29 at 3.52.34 PM"/>
          </v:shape>
        </w:pict>
      </w:r>
    </w:p>
    <w:p w:rsidR="00D25694" w:rsidRDefault="00D25694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3415" cy="4295299"/>
            <wp:effectExtent l="19050" t="0" r="635" b="0"/>
            <wp:docPr id="11" name="Picture 11" descr="C:\Users\Admin\AppData\Local\Microsoft\Windows\INetCache\Content.Word\WhatsApp Image 2025-08-29 at 8.41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WhatsApp Image 2025-08-29 at 8.41.22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94" w:rsidRDefault="00D25694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D25694" w:rsidRDefault="00D25694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lastRenderedPageBreak/>
        <w:pict>
          <v:shape id="_x0000_i1026" type="#_x0000_t75" style="width:450.75pt;height:601.5pt">
            <v:imagedata r:id="rId13" o:title="WhatsApp Image 2025-08-29 at 3.53.34 PM"/>
          </v:shape>
        </w:pict>
      </w:r>
    </w:p>
    <w:p w:rsidR="00D25694" w:rsidRDefault="00D25694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lastRenderedPageBreak/>
        <w:pict>
          <v:shape id="_x0000_i1027" type="#_x0000_t75" style="width:450.75pt;height:601.5pt">
            <v:imagedata r:id="rId14" o:title="WhatsApp Image 2025-08-29 at 3.54.15 PM"/>
          </v:shape>
        </w:pict>
      </w:r>
    </w:p>
    <w:p w:rsidR="00D25694" w:rsidRDefault="00D25694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lastRenderedPageBreak/>
        <w:pict>
          <v:shape id="_x0000_i1028" type="#_x0000_t75" style="width:451.5pt;height:338.25pt">
            <v:imagedata r:id="rId15" o:title="WhatsApp Image 2025-08-29 at 8.41.21 PM"/>
          </v:shape>
        </w:pict>
      </w:r>
    </w:p>
    <w:p w:rsidR="00D25694" w:rsidRDefault="00D25694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pict>
          <v:shape id="_x0000_i1029" type="#_x0000_t75" style="width:451.5pt;height:253.5pt">
            <v:imagedata r:id="rId16" o:title="WhatsApp Image 2025-08-29 at 8.41.22 PM (1)"/>
          </v:shape>
        </w:pict>
      </w:r>
    </w:p>
    <w:p w:rsidR="006C14E2" w:rsidRPr="00AD4E4E" w:rsidRDefault="006C14E2">
      <w:pPr>
        <w:rPr>
          <w:rFonts w:ascii="Times New Roman" w:hAnsi="Times New Roman" w:cs="Times New Roman"/>
          <w:sz w:val="24"/>
          <w:szCs w:val="24"/>
          <w:lang w:val="en-IN"/>
        </w:rPr>
      </w:pPr>
    </w:p>
    <w:sectPr w:rsidR="006C14E2" w:rsidRPr="00AD4E4E" w:rsidSect="006C14E2">
      <w:pgSz w:w="11909" w:h="16834"/>
      <w:pgMar w:top="39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876" w:rsidRDefault="00CA2876" w:rsidP="00AD4E4E">
      <w:pPr>
        <w:spacing w:after="0" w:line="240" w:lineRule="auto"/>
      </w:pPr>
      <w:r>
        <w:separator/>
      </w:r>
    </w:p>
  </w:endnote>
  <w:endnote w:type="continuationSeparator" w:id="1">
    <w:p w:rsidR="00CA2876" w:rsidRDefault="00CA2876" w:rsidP="00AD4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876" w:rsidRDefault="00CA2876" w:rsidP="00AD4E4E">
      <w:pPr>
        <w:spacing w:after="0" w:line="240" w:lineRule="auto"/>
      </w:pPr>
      <w:r>
        <w:separator/>
      </w:r>
    </w:p>
  </w:footnote>
  <w:footnote w:type="continuationSeparator" w:id="1">
    <w:p w:rsidR="00CA2876" w:rsidRDefault="00CA2876" w:rsidP="00AD4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6D00DF"/>
    <w:multiLevelType w:val="hybridMultilevel"/>
    <w:tmpl w:val="41FAA7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296779"/>
    <w:multiLevelType w:val="hybridMultilevel"/>
    <w:tmpl w:val="DA8006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C616FB"/>
    <w:multiLevelType w:val="hybridMultilevel"/>
    <w:tmpl w:val="9E7C8D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812E27"/>
    <w:multiLevelType w:val="multilevel"/>
    <w:tmpl w:val="6E1EF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D30E91"/>
    <w:multiLevelType w:val="hybridMultilevel"/>
    <w:tmpl w:val="2608710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96531B"/>
    <w:multiLevelType w:val="hybridMultilevel"/>
    <w:tmpl w:val="190406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9"/>
  </w:num>
  <w:num w:numId="12">
    <w:abstractNumId w:val="10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47730"/>
    <w:rsid w:val="00034616"/>
    <w:rsid w:val="0006063C"/>
    <w:rsid w:val="000A2453"/>
    <w:rsid w:val="000D32CD"/>
    <w:rsid w:val="0015074B"/>
    <w:rsid w:val="001D069E"/>
    <w:rsid w:val="00252258"/>
    <w:rsid w:val="00263008"/>
    <w:rsid w:val="0029639D"/>
    <w:rsid w:val="002D60EE"/>
    <w:rsid w:val="00326F90"/>
    <w:rsid w:val="00444019"/>
    <w:rsid w:val="00462B6B"/>
    <w:rsid w:val="00491A3D"/>
    <w:rsid w:val="005C3125"/>
    <w:rsid w:val="00604B9A"/>
    <w:rsid w:val="006242D1"/>
    <w:rsid w:val="00627632"/>
    <w:rsid w:val="006B311A"/>
    <w:rsid w:val="006C14E2"/>
    <w:rsid w:val="006C1A94"/>
    <w:rsid w:val="007804EF"/>
    <w:rsid w:val="007C5AA6"/>
    <w:rsid w:val="008476B7"/>
    <w:rsid w:val="00847904"/>
    <w:rsid w:val="008C3DE7"/>
    <w:rsid w:val="008E458E"/>
    <w:rsid w:val="00980B60"/>
    <w:rsid w:val="009A3CC1"/>
    <w:rsid w:val="00A04170"/>
    <w:rsid w:val="00A51801"/>
    <w:rsid w:val="00A92C6B"/>
    <w:rsid w:val="00AA1D8D"/>
    <w:rsid w:val="00AD4E4E"/>
    <w:rsid w:val="00AE02D2"/>
    <w:rsid w:val="00AE62FA"/>
    <w:rsid w:val="00AF2193"/>
    <w:rsid w:val="00AF53FE"/>
    <w:rsid w:val="00B47730"/>
    <w:rsid w:val="00B75B66"/>
    <w:rsid w:val="00B85B4C"/>
    <w:rsid w:val="00B877BA"/>
    <w:rsid w:val="00C666E6"/>
    <w:rsid w:val="00CA2876"/>
    <w:rsid w:val="00CB0664"/>
    <w:rsid w:val="00CB08D5"/>
    <w:rsid w:val="00D25694"/>
    <w:rsid w:val="00D479C4"/>
    <w:rsid w:val="00D71987"/>
    <w:rsid w:val="00DA2B94"/>
    <w:rsid w:val="00DB4F91"/>
    <w:rsid w:val="00E95AD8"/>
    <w:rsid w:val="00EA6411"/>
    <w:rsid w:val="00EB6EBA"/>
    <w:rsid w:val="00EC1683"/>
    <w:rsid w:val="00F72A76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C1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50</cp:revision>
  <cp:lastPrinted>2025-07-26T06:13:00Z</cp:lastPrinted>
  <dcterms:created xsi:type="dcterms:W3CDTF">2025-07-18T06:36:00Z</dcterms:created>
  <dcterms:modified xsi:type="dcterms:W3CDTF">2025-09-09T08:52:00Z</dcterms:modified>
  <cp:category/>
</cp:coreProperties>
</file>